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AB627" w14:textId="77777777" w:rsidR="00975504" w:rsidRPr="00606B24" w:rsidRDefault="00000000" w:rsidP="00606B24">
      <w:pPr>
        <w:spacing w:after="0" w:line="360" w:lineRule="auto"/>
        <w:jc w:val="center"/>
        <w:outlineLvl w:val="0"/>
        <w:rPr>
          <w:rFonts w:ascii="仿宋" w:eastAsia="仿宋" w:hAnsi="仿宋"/>
          <w:b/>
          <w:bCs/>
          <w:sz w:val="48"/>
          <w:szCs w:val="44"/>
          <w:lang w:eastAsia="zh-CN"/>
        </w:rPr>
      </w:pPr>
      <w:r w:rsidRPr="00606B24">
        <w:rPr>
          <w:rFonts w:ascii="仿宋" w:eastAsia="仿宋" w:hAnsi="仿宋"/>
          <w:b/>
          <w:bCs/>
          <w:sz w:val="48"/>
          <w:szCs w:val="44"/>
          <w:lang w:eastAsia="zh-CN"/>
        </w:rPr>
        <w:t>供应商需求响应表</w:t>
      </w:r>
    </w:p>
    <w:p w14:paraId="544A9F74" w14:textId="77777777" w:rsidR="00975504" w:rsidRPr="00606B24" w:rsidRDefault="00000000" w:rsidP="00606B24">
      <w:pPr>
        <w:spacing w:after="0" w:line="360" w:lineRule="auto"/>
        <w:rPr>
          <w:rFonts w:ascii="仿宋" w:eastAsia="仿宋" w:hAnsi="仿宋"/>
          <w:lang w:eastAsia="zh-CN"/>
        </w:rPr>
      </w:pPr>
      <w:r w:rsidRPr="00606B24">
        <w:rPr>
          <w:rFonts w:ascii="仿宋" w:eastAsia="仿宋" w:hAnsi="仿宋"/>
          <w:lang w:eastAsia="zh-CN"/>
        </w:rPr>
        <w:t>项目名称：_______________________________</w:t>
      </w:r>
    </w:p>
    <w:p w14:paraId="4DD40233" w14:textId="77777777" w:rsidR="00975504" w:rsidRPr="00606B24" w:rsidRDefault="00000000" w:rsidP="00606B24">
      <w:pPr>
        <w:spacing w:after="0" w:line="360" w:lineRule="auto"/>
        <w:rPr>
          <w:rFonts w:ascii="仿宋" w:eastAsia="仿宋" w:hAnsi="仿宋"/>
          <w:lang w:eastAsia="zh-CN"/>
        </w:rPr>
      </w:pPr>
      <w:r w:rsidRPr="00606B24">
        <w:rPr>
          <w:rFonts w:ascii="仿宋" w:eastAsia="仿宋" w:hAnsi="仿宋"/>
          <w:lang w:eastAsia="zh-CN"/>
        </w:rPr>
        <w:t>供应商名称：_____________________________</w:t>
      </w:r>
    </w:p>
    <w:p w14:paraId="59654F4B" w14:textId="77777777" w:rsidR="00975504" w:rsidRPr="00606B24" w:rsidRDefault="00000000" w:rsidP="00606B24">
      <w:pPr>
        <w:spacing w:after="0" w:line="360" w:lineRule="auto"/>
        <w:rPr>
          <w:rFonts w:ascii="仿宋" w:eastAsia="仿宋" w:hAnsi="仿宋"/>
          <w:lang w:eastAsia="zh-CN"/>
        </w:rPr>
      </w:pPr>
      <w:r w:rsidRPr="00606B24">
        <w:rPr>
          <w:rFonts w:ascii="仿宋" w:eastAsia="仿宋" w:hAnsi="仿宋"/>
          <w:lang w:eastAsia="zh-CN"/>
        </w:rPr>
        <w:t>联系人：______________  联系电话：______________</w:t>
      </w:r>
    </w:p>
    <w:p w14:paraId="7537C738" w14:textId="4F944EF1" w:rsidR="00975504" w:rsidRPr="00606B24" w:rsidRDefault="00000000" w:rsidP="00606B24">
      <w:pPr>
        <w:spacing w:after="0" w:line="360" w:lineRule="auto"/>
        <w:rPr>
          <w:rFonts w:ascii="仿宋" w:eastAsia="仿宋" w:hAnsi="仿宋"/>
          <w:lang w:eastAsia="zh-CN"/>
        </w:rPr>
      </w:pPr>
      <w:proofErr w:type="spellStart"/>
      <w:r w:rsidRPr="00606B24">
        <w:rPr>
          <w:rFonts w:ascii="仿宋" w:eastAsia="仿宋" w:hAnsi="仿宋"/>
        </w:rPr>
        <w:t>法定代表人</w:t>
      </w:r>
      <w:proofErr w:type="spellEnd"/>
      <w:r w:rsidRPr="00606B24">
        <w:rPr>
          <w:rFonts w:ascii="仿宋" w:eastAsia="仿宋" w:hAnsi="仿宋"/>
        </w:rPr>
        <w:t xml:space="preserve">：______________  </w:t>
      </w:r>
      <w:proofErr w:type="spellStart"/>
      <w:r w:rsidRPr="00606B24">
        <w:rPr>
          <w:rFonts w:ascii="仿宋" w:eastAsia="仿宋" w:hAnsi="仿宋"/>
        </w:rPr>
        <w:t>填表日期</w:t>
      </w:r>
      <w:proofErr w:type="spellEnd"/>
      <w:r w:rsidRPr="00606B24">
        <w:rPr>
          <w:rFonts w:ascii="仿宋" w:eastAsia="仿宋" w:hAnsi="仿宋"/>
        </w:rPr>
        <w:t>：_______</w:t>
      </w:r>
      <w:proofErr w:type="spellStart"/>
      <w:r w:rsidRPr="00606B24">
        <w:rPr>
          <w:rFonts w:ascii="仿宋" w:eastAsia="仿宋" w:hAnsi="仿宋"/>
        </w:rPr>
        <w:t>年___月___日</w:t>
      </w:r>
      <w:proofErr w:type="spellEnd"/>
    </w:p>
    <w:p w14:paraId="77E2A37B" w14:textId="77777777" w:rsidR="00975504" w:rsidRPr="00606B24" w:rsidRDefault="00000000" w:rsidP="00606B24">
      <w:pPr>
        <w:spacing w:after="0" w:line="360" w:lineRule="auto"/>
        <w:outlineLvl w:val="1"/>
        <w:rPr>
          <w:rFonts w:ascii="仿宋" w:eastAsia="仿宋" w:hAnsi="仿宋" w:cs="宋体"/>
          <w:b/>
          <w:bCs/>
          <w:sz w:val="36"/>
          <w:szCs w:val="36"/>
          <w:lang w:eastAsia="zh-CN"/>
        </w:rPr>
      </w:pPr>
      <w:r w:rsidRPr="00606B24">
        <w:rPr>
          <w:rFonts w:ascii="仿宋" w:eastAsia="仿宋" w:hAnsi="仿宋" w:cs="宋体"/>
          <w:b/>
          <w:bCs/>
          <w:sz w:val="36"/>
          <w:szCs w:val="36"/>
          <w:lang w:eastAsia="zh-CN"/>
        </w:rPr>
        <w:t>一、技术参数响应表</w:t>
      </w:r>
    </w:p>
    <w:tbl>
      <w:tblPr>
        <w:tblStyle w:val="aff1"/>
        <w:tblW w:w="9608" w:type="dxa"/>
        <w:jc w:val="center"/>
        <w:tblLook w:val="04A0" w:firstRow="1" w:lastRow="0" w:firstColumn="1" w:lastColumn="0" w:noHBand="0" w:noVBand="1"/>
      </w:tblPr>
      <w:tblGrid>
        <w:gridCol w:w="768"/>
        <w:gridCol w:w="2018"/>
        <w:gridCol w:w="1751"/>
        <w:gridCol w:w="5071"/>
      </w:tblGrid>
      <w:tr w:rsidR="00026919" w:rsidRPr="00606B24" w14:paraId="5785B411" w14:textId="77777777" w:rsidTr="00026919">
        <w:trPr>
          <w:trHeight w:val="1315"/>
          <w:jc w:val="center"/>
        </w:trPr>
        <w:tc>
          <w:tcPr>
            <w:tcW w:w="768" w:type="dxa"/>
            <w:vAlign w:val="center"/>
          </w:tcPr>
          <w:p w14:paraId="4CA6945A" w14:textId="77777777" w:rsidR="00026919" w:rsidRPr="00EF133F" w:rsidRDefault="00026919" w:rsidP="00EF133F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</w:rPr>
            </w:pPr>
            <w:proofErr w:type="spellStart"/>
            <w:r w:rsidRPr="00EF133F">
              <w:rPr>
                <w:rFonts w:ascii="仿宋" w:eastAsia="仿宋" w:hAnsi="仿宋"/>
                <w:b/>
                <w:bCs/>
              </w:rPr>
              <w:t>序号</w:t>
            </w:r>
            <w:proofErr w:type="spellEnd"/>
          </w:p>
        </w:tc>
        <w:tc>
          <w:tcPr>
            <w:tcW w:w="2018" w:type="dxa"/>
            <w:vAlign w:val="center"/>
          </w:tcPr>
          <w:p w14:paraId="2D96257A" w14:textId="3E3808E1" w:rsidR="00026919" w:rsidRPr="00EF133F" w:rsidRDefault="00026919" w:rsidP="00EF133F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  <w:lang w:eastAsia="zh-CN"/>
              </w:rPr>
              <w:t>产品</w:t>
            </w:r>
            <w:proofErr w:type="spellStart"/>
            <w:r w:rsidRPr="00EF133F">
              <w:rPr>
                <w:rFonts w:ascii="仿宋" w:eastAsia="仿宋" w:hAnsi="仿宋"/>
                <w:b/>
                <w:bCs/>
              </w:rPr>
              <w:t>名称</w:t>
            </w:r>
            <w:proofErr w:type="spellEnd"/>
          </w:p>
        </w:tc>
        <w:tc>
          <w:tcPr>
            <w:tcW w:w="1751" w:type="dxa"/>
            <w:vAlign w:val="center"/>
          </w:tcPr>
          <w:p w14:paraId="4FA5EB7A" w14:textId="29E91350" w:rsidR="00026919" w:rsidRPr="00EF133F" w:rsidRDefault="00026919" w:rsidP="00EF133F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</w:rPr>
            </w:pPr>
            <w:proofErr w:type="spellStart"/>
            <w:r w:rsidRPr="00EF133F">
              <w:rPr>
                <w:rFonts w:ascii="仿宋" w:eastAsia="仿宋" w:hAnsi="仿宋"/>
                <w:b/>
                <w:bCs/>
              </w:rPr>
              <w:t>是否满足</w:t>
            </w:r>
            <w:proofErr w:type="spellEnd"/>
            <w:r>
              <w:rPr>
                <w:rFonts w:ascii="仿宋" w:eastAsia="仿宋" w:hAnsi="仿宋" w:hint="eastAsia"/>
                <w:b/>
                <w:bCs/>
                <w:lang w:eastAsia="zh-CN"/>
              </w:rPr>
              <w:t>需求</w:t>
            </w:r>
          </w:p>
        </w:tc>
        <w:tc>
          <w:tcPr>
            <w:tcW w:w="5071" w:type="dxa"/>
            <w:vAlign w:val="center"/>
          </w:tcPr>
          <w:p w14:paraId="2B4785F5" w14:textId="2623C017" w:rsidR="00026919" w:rsidRPr="00EF133F" w:rsidRDefault="00026919" w:rsidP="00EF133F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lang w:eastAsia="zh-CN"/>
              </w:rPr>
            </w:pPr>
            <w:r w:rsidRPr="00EF133F">
              <w:rPr>
                <w:rFonts w:ascii="仿宋" w:eastAsia="仿宋" w:hAnsi="仿宋" w:hint="eastAsia"/>
                <w:b/>
                <w:bCs/>
                <w:lang w:eastAsia="zh-CN"/>
              </w:rPr>
              <w:t>是否具有更好的优化建议（请表述）</w:t>
            </w:r>
          </w:p>
        </w:tc>
      </w:tr>
      <w:tr w:rsidR="00026919" w:rsidRPr="00606B24" w14:paraId="468FEC7B" w14:textId="77777777" w:rsidTr="00026919">
        <w:trPr>
          <w:trHeight w:val="656"/>
          <w:jc w:val="center"/>
        </w:trPr>
        <w:tc>
          <w:tcPr>
            <w:tcW w:w="768" w:type="dxa"/>
          </w:tcPr>
          <w:p w14:paraId="3F59D674" w14:textId="14AC1708" w:rsidR="00026919" w:rsidRPr="00EF133F" w:rsidRDefault="00026919" w:rsidP="00EF133F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lang w:eastAsia="zh-CN"/>
              </w:rPr>
            </w:pPr>
            <w:r w:rsidRPr="00EF133F">
              <w:rPr>
                <w:rFonts w:ascii="仿宋" w:eastAsia="仿宋" w:hAnsi="仿宋" w:hint="eastAsia"/>
                <w:b/>
                <w:bCs/>
                <w:lang w:eastAsia="zh-CN"/>
              </w:rPr>
              <w:t>1</w:t>
            </w:r>
          </w:p>
        </w:tc>
        <w:tc>
          <w:tcPr>
            <w:tcW w:w="2018" w:type="dxa"/>
          </w:tcPr>
          <w:p w14:paraId="7484F7A7" w14:textId="77777777" w:rsidR="00026919" w:rsidRPr="00606B24" w:rsidRDefault="00026919" w:rsidP="00606B24">
            <w:pPr>
              <w:spacing w:line="360" w:lineRule="auto"/>
              <w:rPr>
                <w:rFonts w:ascii="仿宋" w:eastAsia="仿宋" w:hAnsi="仿宋"/>
              </w:rPr>
            </w:pPr>
          </w:p>
        </w:tc>
        <w:tc>
          <w:tcPr>
            <w:tcW w:w="1751" w:type="dxa"/>
          </w:tcPr>
          <w:p w14:paraId="0D894F6A" w14:textId="42C42D23" w:rsidR="00026919" w:rsidRPr="00606B24" w:rsidRDefault="00026919" w:rsidP="00606B24">
            <w:pPr>
              <w:spacing w:line="360" w:lineRule="auto"/>
              <w:rPr>
                <w:rFonts w:ascii="仿宋" w:eastAsia="仿宋" w:hAnsi="仿宋"/>
              </w:rPr>
            </w:pPr>
          </w:p>
        </w:tc>
        <w:tc>
          <w:tcPr>
            <w:tcW w:w="5071" w:type="dxa"/>
          </w:tcPr>
          <w:p w14:paraId="67B85F16" w14:textId="77777777" w:rsidR="00026919" w:rsidRPr="00606B24" w:rsidRDefault="00026919" w:rsidP="00606B24">
            <w:pPr>
              <w:spacing w:line="360" w:lineRule="auto"/>
              <w:rPr>
                <w:rFonts w:ascii="仿宋" w:eastAsia="仿宋" w:hAnsi="仿宋"/>
              </w:rPr>
            </w:pPr>
          </w:p>
        </w:tc>
      </w:tr>
      <w:tr w:rsidR="00026919" w:rsidRPr="00606B24" w14:paraId="0C8C37F9" w14:textId="77777777" w:rsidTr="00026919">
        <w:trPr>
          <w:trHeight w:val="638"/>
          <w:jc w:val="center"/>
        </w:trPr>
        <w:tc>
          <w:tcPr>
            <w:tcW w:w="768" w:type="dxa"/>
          </w:tcPr>
          <w:p w14:paraId="1A6FF457" w14:textId="28FC53AB" w:rsidR="00026919" w:rsidRPr="00EF133F" w:rsidRDefault="00026919" w:rsidP="00EF133F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lang w:eastAsia="zh-CN"/>
              </w:rPr>
            </w:pPr>
            <w:r w:rsidRPr="00EF133F">
              <w:rPr>
                <w:rFonts w:ascii="仿宋" w:eastAsia="仿宋" w:hAnsi="仿宋" w:hint="eastAsia"/>
                <w:b/>
                <w:bCs/>
                <w:lang w:eastAsia="zh-CN"/>
              </w:rPr>
              <w:t>2</w:t>
            </w:r>
          </w:p>
        </w:tc>
        <w:tc>
          <w:tcPr>
            <w:tcW w:w="2018" w:type="dxa"/>
          </w:tcPr>
          <w:p w14:paraId="53FD7649" w14:textId="77777777" w:rsidR="00026919" w:rsidRPr="00606B24" w:rsidRDefault="00026919" w:rsidP="00606B24">
            <w:pPr>
              <w:spacing w:line="360" w:lineRule="auto"/>
              <w:rPr>
                <w:rFonts w:ascii="仿宋" w:eastAsia="仿宋" w:hAnsi="仿宋"/>
              </w:rPr>
            </w:pPr>
          </w:p>
        </w:tc>
        <w:tc>
          <w:tcPr>
            <w:tcW w:w="1751" w:type="dxa"/>
          </w:tcPr>
          <w:p w14:paraId="17F4566C" w14:textId="77777777" w:rsidR="00026919" w:rsidRPr="00606B24" w:rsidRDefault="00026919" w:rsidP="00606B24">
            <w:pPr>
              <w:spacing w:line="360" w:lineRule="auto"/>
              <w:rPr>
                <w:rFonts w:ascii="仿宋" w:eastAsia="仿宋" w:hAnsi="仿宋"/>
              </w:rPr>
            </w:pPr>
          </w:p>
        </w:tc>
        <w:tc>
          <w:tcPr>
            <w:tcW w:w="5071" w:type="dxa"/>
          </w:tcPr>
          <w:p w14:paraId="13A43265" w14:textId="77777777" w:rsidR="00026919" w:rsidRPr="00606B24" w:rsidRDefault="00026919" w:rsidP="00606B24">
            <w:pPr>
              <w:spacing w:line="360" w:lineRule="auto"/>
              <w:rPr>
                <w:rFonts w:ascii="仿宋" w:eastAsia="仿宋" w:hAnsi="仿宋"/>
              </w:rPr>
            </w:pPr>
          </w:p>
        </w:tc>
      </w:tr>
      <w:tr w:rsidR="00026919" w:rsidRPr="00606B24" w14:paraId="444494FB" w14:textId="77777777" w:rsidTr="00026919">
        <w:trPr>
          <w:trHeight w:val="656"/>
          <w:jc w:val="center"/>
        </w:trPr>
        <w:tc>
          <w:tcPr>
            <w:tcW w:w="768" w:type="dxa"/>
          </w:tcPr>
          <w:p w14:paraId="7A4BFF01" w14:textId="73227EB7" w:rsidR="00026919" w:rsidRPr="00EF133F" w:rsidRDefault="00026919" w:rsidP="00EF133F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lang w:eastAsia="zh-CN"/>
              </w:rPr>
            </w:pPr>
            <w:r w:rsidRPr="00EF133F">
              <w:rPr>
                <w:rFonts w:ascii="仿宋" w:eastAsia="仿宋" w:hAnsi="仿宋" w:hint="eastAsia"/>
                <w:b/>
                <w:bCs/>
                <w:lang w:eastAsia="zh-CN"/>
              </w:rPr>
              <w:t>3</w:t>
            </w:r>
          </w:p>
        </w:tc>
        <w:tc>
          <w:tcPr>
            <w:tcW w:w="2018" w:type="dxa"/>
          </w:tcPr>
          <w:p w14:paraId="5082C85E" w14:textId="3C9F3515" w:rsidR="00026919" w:rsidRPr="00606B24" w:rsidRDefault="00026919" w:rsidP="00606B24">
            <w:pPr>
              <w:spacing w:line="360" w:lineRule="auto"/>
              <w:rPr>
                <w:rFonts w:ascii="仿宋" w:eastAsia="仿宋" w:hAnsi="仿宋"/>
                <w:lang w:eastAsia="zh-CN"/>
              </w:rPr>
            </w:pPr>
          </w:p>
        </w:tc>
        <w:tc>
          <w:tcPr>
            <w:tcW w:w="1751" w:type="dxa"/>
          </w:tcPr>
          <w:p w14:paraId="6F201E57" w14:textId="6B738EF6" w:rsidR="00026919" w:rsidRPr="00606B24" w:rsidRDefault="00026919" w:rsidP="00606B24">
            <w:pPr>
              <w:spacing w:line="360" w:lineRule="auto"/>
              <w:rPr>
                <w:rFonts w:ascii="仿宋" w:eastAsia="仿宋" w:hAnsi="仿宋"/>
                <w:lang w:eastAsia="zh-CN"/>
              </w:rPr>
            </w:pPr>
          </w:p>
        </w:tc>
        <w:tc>
          <w:tcPr>
            <w:tcW w:w="5071" w:type="dxa"/>
          </w:tcPr>
          <w:p w14:paraId="3E38DA14" w14:textId="244E0683" w:rsidR="00026919" w:rsidRPr="00606B24" w:rsidRDefault="00026919" w:rsidP="00606B24">
            <w:pPr>
              <w:spacing w:line="360" w:lineRule="auto"/>
              <w:rPr>
                <w:rFonts w:ascii="仿宋" w:eastAsia="仿宋" w:hAnsi="仿宋"/>
                <w:lang w:eastAsia="zh-CN"/>
              </w:rPr>
            </w:pPr>
          </w:p>
        </w:tc>
      </w:tr>
    </w:tbl>
    <w:p w14:paraId="42EDCC00" w14:textId="64CBF772" w:rsidR="00975504" w:rsidRDefault="00606B24" w:rsidP="00606B24">
      <w:pPr>
        <w:spacing w:after="0" w:line="360" w:lineRule="auto"/>
        <w:rPr>
          <w:rFonts w:ascii="仿宋" w:eastAsia="仿宋" w:hAnsi="仿宋"/>
          <w:lang w:eastAsia="zh-CN"/>
        </w:rPr>
      </w:pPr>
      <w:r>
        <w:rPr>
          <w:rFonts w:ascii="仿宋" w:eastAsia="仿宋" w:hAnsi="仿宋" w:hint="eastAsia"/>
          <w:lang w:eastAsia="zh-CN"/>
        </w:rPr>
        <w:t>注：本表</w:t>
      </w:r>
      <w:r w:rsidR="00EF133F">
        <w:rPr>
          <w:rFonts w:ascii="仿宋" w:eastAsia="仿宋" w:hAnsi="仿宋" w:hint="eastAsia"/>
          <w:lang w:eastAsia="zh-CN"/>
        </w:rPr>
        <w:t>可根据实际情况进行拓展，</w:t>
      </w:r>
      <w:r>
        <w:rPr>
          <w:rFonts w:ascii="仿宋" w:eastAsia="仿宋" w:hAnsi="仿宋" w:hint="eastAsia"/>
          <w:lang w:eastAsia="zh-CN"/>
        </w:rPr>
        <w:t>请供应商根据已发布的</w:t>
      </w:r>
      <w:r w:rsidRPr="00606B24">
        <w:rPr>
          <w:rFonts w:ascii="仿宋" w:eastAsia="仿宋" w:hAnsi="仿宋"/>
          <w:lang w:eastAsia="zh-CN"/>
        </w:rPr>
        <w:t>《设备类配置清单》</w:t>
      </w:r>
      <w:r>
        <w:rPr>
          <w:rFonts w:ascii="仿宋" w:eastAsia="仿宋" w:hAnsi="仿宋" w:hint="eastAsia"/>
          <w:lang w:eastAsia="zh-CN"/>
        </w:rPr>
        <w:t>逐项填写。</w:t>
      </w:r>
    </w:p>
    <w:p w14:paraId="7AB5C550" w14:textId="77777777" w:rsidR="008B11CD" w:rsidRDefault="00606B24" w:rsidP="008B11CD">
      <w:pPr>
        <w:spacing w:after="0" w:line="360" w:lineRule="auto"/>
        <w:outlineLvl w:val="1"/>
        <w:rPr>
          <w:rFonts w:ascii="仿宋" w:eastAsia="仿宋" w:hAnsi="仿宋" w:cs="宋体"/>
          <w:b/>
          <w:bCs/>
          <w:sz w:val="36"/>
          <w:szCs w:val="36"/>
          <w:lang w:eastAsia="zh-CN"/>
        </w:rPr>
      </w:pPr>
      <w:r w:rsidRPr="000563EB">
        <w:rPr>
          <w:rFonts w:ascii="仿宋" w:eastAsia="仿宋" w:hAnsi="仿宋" w:cs="宋体" w:hint="eastAsia"/>
          <w:b/>
          <w:bCs/>
          <w:sz w:val="36"/>
          <w:szCs w:val="36"/>
          <w:lang w:eastAsia="zh-CN"/>
        </w:rPr>
        <w:t>二、</w:t>
      </w:r>
      <w:r w:rsidR="000563EB" w:rsidRPr="000563EB">
        <w:rPr>
          <w:rFonts w:ascii="仿宋" w:eastAsia="仿宋" w:hAnsi="仿宋" w:cs="宋体" w:hint="eastAsia"/>
          <w:b/>
          <w:bCs/>
          <w:sz w:val="36"/>
          <w:szCs w:val="36"/>
          <w:lang w:eastAsia="zh-CN"/>
        </w:rPr>
        <w:t>针对本项目的报价</w:t>
      </w:r>
    </w:p>
    <w:p w14:paraId="16B43EE5" w14:textId="713D00FB" w:rsidR="000563EB" w:rsidRPr="008B11CD" w:rsidRDefault="000563EB" w:rsidP="008B11CD">
      <w:pPr>
        <w:spacing w:after="0" w:line="360" w:lineRule="auto"/>
        <w:ind w:firstLineChars="200" w:firstLine="480"/>
        <w:outlineLvl w:val="1"/>
        <w:rPr>
          <w:rFonts w:ascii="仿宋" w:eastAsia="仿宋" w:hAnsi="仿宋" w:cs="宋体"/>
          <w:b/>
          <w:bCs/>
          <w:sz w:val="36"/>
          <w:szCs w:val="36"/>
          <w:lang w:eastAsia="zh-CN"/>
        </w:rPr>
      </w:pPr>
      <w:r w:rsidRPr="000563EB">
        <w:rPr>
          <w:rFonts w:ascii="仿宋" w:eastAsia="仿宋" w:hAnsi="仿宋" w:cs="宋体" w:hint="eastAsia"/>
          <w:lang w:eastAsia="zh-CN"/>
        </w:rPr>
        <w:t>我司针对本项目整体报价为人民币：</w:t>
      </w:r>
      <w:r w:rsidR="002304F5">
        <w:rPr>
          <w:rFonts w:ascii="仿宋" w:eastAsia="仿宋" w:hAnsi="仿宋" w:cs="宋体" w:hint="eastAsia"/>
          <w:u w:val="single"/>
          <w:lang w:eastAsia="zh-CN"/>
        </w:rPr>
        <w:t xml:space="preserve">            </w:t>
      </w:r>
      <w:r w:rsidRPr="000563EB">
        <w:rPr>
          <w:rFonts w:ascii="仿宋" w:eastAsia="仿宋" w:hAnsi="仿宋" w:cs="宋体" w:hint="eastAsia"/>
          <w:lang w:eastAsia="zh-CN"/>
        </w:rPr>
        <w:t>元，大写：</w:t>
      </w:r>
      <w:r w:rsidR="002304F5">
        <w:rPr>
          <w:rFonts w:ascii="仿宋" w:eastAsia="仿宋" w:hAnsi="仿宋" w:cs="宋体" w:hint="eastAsia"/>
          <w:u w:val="single"/>
          <w:lang w:eastAsia="zh-CN"/>
        </w:rPr>
        <w:t xml:space="preserve">            </w:t>
      </w:r>
      <w:r w:rsidR="002304F5">
        <w:rPr>
          <w:rFonts w:ascii="仿宋" w:eastAsia="仿宋" w:hAnsi="仿宋" w:cs="宋体" w:hint="eastAsia"/>
          <w:lang w:eastAsia="zh-CN"/>
        </w:rPr>
        <w:t>元</w:t>
      </w:r>
      <w:r w:rsidRPr="000563EB">
        <w:rPr>
          <w:rFonts w:ascii="仿宋" w:eastAsia="仿宋" w:hAnsi="仿宋" w:cs="宋体" w:hint="eastAsia"/>
          <w:lang w:eastAsia="zh-CN"/>
        </w:rPr>
        <w:t>整</w:t>
      </w:r>
      <w:r>
        <w:rPr>
          <w:rFonts w:ascii="仿宋" w:eastAsia="仿宋" w:hAnsi="仿宋" w:cs="宋体" w:hint="eastAsia"/>
          <w:lang w:eastAsia="zh-CN"/>
        </w:rPr>
        <w:t>；但</w:t>
      </w:r>
      <w:r w:rsidRPr="000563EB">
        <w:rPr>
          <w:rFonts w:ascii="仿宋" w:eastAsia="仿宋" w:hAnsi="仿宋" w:cs="宋体" w:hint="eastAsia"/>
          <w:lang w:eastAsia="zh-CN"/>
        </w:rPr>
        <w:t>最终报价以投标/响应文件中的报价为准。</w:t>
      </w:r>
      <w:r>
        <w:rPr>
          <w:rFonts w:ascii="仿宋" w:eastAsia="仿宋" w:hAnsi="仿宋" w:cs="宋体" w:hint="eastAsia"/>
          <w:lang w:eastAsia="zh-CN"/>
        </w:rPr>
        <w:t>我司承诺</w:t>
      </w:r>
      <w:r w:rsidRPr="000563EB">
        <w:rPr>
          <w:rFonts w:ascii="仿宋" w:eastAsia="仿宋" w:hAnsi="仿宋" w:cs="宋体"/>
          <w:lang w:eastAsia="zh-CN"/>
        </w:rPr>
        <w:t>上述报价</w:t>
      </w:r>
      <w:r>
        <w:rPr>
          <w:rFonts w:ascii="仿宋" w:eastAsia="仿宋" w:hAnsi="仿宋" w:cs="宋体" w:hint="eastAsia"/>
          <w:lang w:eastAsia="zh-CN"/>
        </w:rPr>
        <w:t>中</w:t>
      </w:r>
      <w:r w:rsidRPr="000563EB">
        <w:rPr>
          <w:rFonts w:ascii="仿宋" w:eastAsia="仿宋" w:hAnsi="仿宋" w:cs="宋体"/>
          <w:lang w:eastAsia="zh-CN"/>
        </w:rPr>
        <w:t>已包含运输费、安装调试费、培训费、售后服务费、税费等完成本项目所需的一切费用</w:t>
      </w:r>
      <w:r>
        <w:rPr>
          <w:rFonts w:ascii="仿宋" w:eastAsia="仿宋" w:hAnsi="仿宋" w:cs="宋体" w:hint="eastAsia"/>
          <w:lang w:eastAsia="zh-CN"/>
        </w:rPr>
        <w:t>，所供货物</w:t>
      </w:r>
      <w:r w:rsidRPr="000563EB">
        <w:rPr>
          <w:rFonts w:ascii="仿宋" w:eastAsia="仿宋" w:hAnsi="仿宋" w:cs="宋体"/>
          <w:lang w:eastAsia="zh-CN"/>
        </w:rPr>
        <w:t>均为全新、原装、未使用过，具备合法合格证明文件</w:t>
      </w:r>
      <w:r>
        <w:rPr>
          <w:rFonts w:ascii="仿宋" w:eastAsia="仿宋" w:hAnsi="仿宋" w:cs="宋体" w:hint="eastAsia"/>
          <w:lang w:eastAsia="zh-CN"/>
        </w:rPr>
        <w:t>的产品。</w:t>
      </w:r>
    </w:p>
    <w:p w14:paraId="37B80593" w14:textId="691DB6AF" w:rsidR="00975504" w:rsidRPr="00606B24" w:rsidRDefault="000563EB" w:rsidP="00606B24">
      <w:pPr>
        <w:spacing w:after="0" w:line="360" w:lineRule="auto"/>
        <w:outlineLvl w:val="1"/>
        <w:rPr>
          <w:rFonts w:ascii="仿宋" w:eastAsia="仿宋" w:hAnsi="仿宋" w:cs="宋体"/>
          <w:b/>
          <w:bCs/>
          <w:sz w:val="36"/>
          <w:szCs w:val="36"/>
          <w:lang w:eastAsia="zh-CN"/>
        </w:rPr>
      </w:pPr>
      <w:r>
        <w:rPr>
          <w:rFonts w:ascii="仿宋" w:eastAsia="仿宋" w:hAnsi="仿宋" w:cs="宋体" w:hint="eastAsia"/>
          <w:b/>
          <w:bCs/>
          <w:sz w:val="36"/>
          <w:szCs w:val="36"/>
          <w:lang w:eastAsia="zh-CN"/>
        </w:rPr>
        <w:t>三</w:t>
      </w:r>
      <w:r w:rsidRPr="00606B24">
        <w:rPr>
          <w:rFonts w:ascii="仿宋" w:eastAsia="仿宋" w:hAnsi="仿宋" w:cs="宋体"/>
          <w:b/>
          <w:bCs/>
          <w:sz w:val="36"/>
          <w:szCs w:val="36"/>
          <w:lang w:eastAsia="zh-CN"/>
        </w:rPr>
        <w:t>、其他建议（可选）：</w:t>
      </w:r>
    </w:p>
    <w:p w14:paraId="6C713D2B" w14:textId="77777777" w:rsidR="00606B24" w:rsidRPr="00606B24" w:rsidRDefault="00606B24" w:rsidP="00606B24">
      <w:pPr>
        <w:spacing w:after="0" w:line="360" w:lineRule="auto"/>
        <w:rPr>
          <w:rFonts w:ascii="仿宋" w:eastAsia="仿宋" w:hAnsi="仿宋"/>
          <w:lang w:eastAsia="zh-CN"/>
        </w:rPr>
      </w:pPr>
    </w:p>
    <w:p w14:paraId="4B309A8E" w14:textId="0A2FA917" w:rsidR="00606B24" w:rsidRPr="00606B24" w:rsidRDefault="000563EB" w:rsidP="00606B24">
      <w:pPr>
        <w:spacing w:after="0" w:line="360" w:lineRule="auto"/>
        <w:outlineLvl w:val="1"/>
        <w:rPr>
          <w:rFonts w:ascii="仿宋" w:eastAsia="仿宋" w:hAnsi="仿宋" w:cs="宋体"/>
          <w:b/>
          <w:bCs/>
          <w:sz w:val="36"/>
          <w:szCs w:val="36"/>
          <w:lang w:eastAsia="zh-CN"/>
        </w:rPr>
      </w:pPr>
      <w:r>
        <w:rPr>
          <w:rFonts w:ascii="仿宋" w:eastAsia="仿宋" w:hAnsi="仿宋" w:cs="宋体" w:hint="eastAsia"/>
          <w:b/>
          <w:bCs/>
          <w:sz w:val="36"/>
          <w:szCs w:val="36"/>
          <w:lang w:eastAsia="zh-CN"/>
        </w:rPr>
        <w:t>四</w:t>
      </w:r>
      <w:r w:rsidR="00606B24" w:rsidRPr="00606B24">
        <w:rPr>
          <w:rFonts w:ascii="仿宋" w:eastAsia="仿宋" w:hAnsi="仿宋" w:cs="宋体" w:hint="eastAsia"/>
          <w:b/>
          <w:bCs/>
          <w:sz w:val="36"/>
          <w:szCs w:val="36"/>
          <w:lang w:eastAsia="zh-CN"/>
        </w:rPr>
        <w:t>、其他相关材料</w:t>
      </w:r>
    </w:p>
    <w:p w14:paraId="5434CDC5" w14:textId="77777777" w:rsidR="00606B24" w:rsidRPr="00606B24" w:rsidRDefault="00606B24" w:rsidP="00606B24">
      <w:pPr>
        <w:spacing w:after="0" w:line="360" w:lineRule="auto"/>
        <w:ind w:leftChars="100" w:left="240" w:firstLineChars="50" w:firstLine="120"/>
        <w:rPr>
          <w:rFonts w:ascii="仿宋" w:eastAsia="仿宋" w:hAnsi="仿宋" w:cs="宋体"/>
          <w:lang w:eastAsia="zh-CN"/>
        </w:rPr>
      </w:pPr>
      <w:r w:rsidRPr="00606B24">
        <w:rPr>
          <w:rFonts w:ascii="仿宋" w:eastAsia="仿宋" w:hAnsi="仿宋" w:cs="宋体" w:hint="eastAsia"/>
          <w:lang w:eastAsia="zh-CN"/>
        </w:rPr>
        <w:t>1.</w:t>
      </w:r>
      <w:r w:rsidRPr="00606B24">
        <w:rPr>
          <w:rFonts w:ascii="仿宋" w:eastAsia="仿宋" w:hAnsi="仿宋" w:cs="宋体"/>
          <w:lang w:eastAsia="zh-CN"/>
        </w:rPr>
        <w:t>响应表（含对参数的逐项反馈）；</w:t>
      </w:r>
    </w:p>
    <w:p w14:paraId="08C6EAEB" w14:textId="77777777" w:rsidR="00606B24" w:rsidRPr="00606B24" w:rsidRDefault="00606B24" w:rsidP="00606B24">
      <w:pPr>
        <w:spacing w:after="0" w:line="360" w:lineRule="auto"/>
        <w:ind w:leftChars="100" w:left="240" w:firstLineChars="50" w:firstLine="120"/>
        <w:rPr>
          <w:rFonts w:ascii="仿宋" w:eastAsia="仿宋" w:hAnsi="仿宋" w:cs="宋体"/>
          <w:lang w:eastAsia="zh-CN"/>
        </w:rPr>
      </w:pPr>
      <w:r w:rsidRPr="00606B24">
        <w:rPr>
          <w:rFonts w:ascii="仿宋" w:eastAsia="仿宋" w:hAnsi="仿宋" w:cs="宋体" w:hint="eastAsia"/>
          <w:lang w:eastAsia="zh-CN"/>
        </w:rPr>
        <w:lastRenderedPageBreak/>
        <w:t>2.</w:t>
      </w:r>
      <w:r w:rsidRPr="00606B24">
        <w:rPr>
          <w:rFonts w:ascii="仿宋" w:eastAsia="仿宋" w:hAnsi="仿宋" w:cs="宋体"/>
          <w:lang w:eastAsia="zh-CN"/>
        </w:rPr>
        <w:t>产品资料（彩页、技术手册等）；</w:t>
      </w:r>
    </w:p>
    <w:p w14:paraId="522EDF82" w14:textId="77777777" w:rsidR="00606B24" w:rsidRPr="00606B24" w:rsidRDefault="00606B24" w:rsidP="00606B24">
      <w:pPr>
        <w:spacing w:after="0" w:line="360" w:lineRule="auto"/>
        <w:ind w:leftChars="100" w:left="240" w:firstLineChars="50" w:firstLine="120"/>
        <w:rPr>
          <w:rFonts w:ascii="仿宋" w:eastAsia="仿宋" w:hAnsi="仿宋" w:cs="宋体"/>
          <w:lang w:eastAsia="zh-CN"/>
        </w:rPr>
      </w:pPr>
      <w:r w:rsidRPr="00606B24">
        <w:rPr>
          <w:rFonts w:ascii="仿宋" w:eastAsia="仿宋" w:hAnsi="仿宋" w:cs="宋体" w:hint="eastAsia"/>
          <w:lang w:eastAsia="zh-CN"/>
        </w:rPr>
        <w:t>3.</w:t>
      </w:r>
      <w:r w:rsidRPr="00606B24">
        <w:rPr>
          <w:rFonts w:ascii="仿宋" w:eastAsia="仿宋" w:hAnsi="仿宋" w:cs="宋体"/>
          <w:lang w:eastAsia="zh-CN"/>
        </w:rPr>
        <w:t>企业资质证明材料（营业执照、授权等）；</w:t>
      </w:r>
    </w:p>
    <w:p w14:paraId="6B416986" w14:textId="77777777" w:rsidR="00606B24" w:rsidRPr="00606B24" w:rsidRDefault="00606B24" w:rsidP="00606B24">
      <w:pPr>
        <w:spacing w:after="0" w:line="360" w:lineRule="auto"/>
        <w:ind w:leftChars="100" w:left="240" w:firstLineChars="50" w:firstLine="120"/>
        <w:rPr>
          <w:rFonts w:ascii="仿宋" w:eastAsia="仿宋" w:hAnsi="仿宋" w:cs="宋体"/>
          <w:lang w:eastAsia="zh-CN"/>
        </w:rPr>
      </w:pPr>
      <w:r w:rsidRPr="00606B24">
        <w:rPr>
          <w:rFonts w:ascii="仿宋" w:eastAsia="仿宋" w:hAnsi="仿宋" w:cs="宋体" w:hint="eastAsia"/>
          <w:lang w:eastAsia="zh-CN"/>
        </w:rPr>
        <w:t>4.</w:t>
      </w:r>
      <w:r w:rsidRPr="00606B24">
        <w:rPr>
          <w:rFonts w:ascii="仿宋" w:eastAsia="仿宋" w:hAnsi="仿宋" w:cs="宋体"/>
          <w:lang w:eastAsia="zh-CN"/>
        </w:rPr>
        <w:t>其他建议材料</w:t>
      </w:r>
      <w:r w:rsidRPr="00606B24">
        <w:rPr>
          <w:rFonts w:ascii="仿宋" w:eastAsia="仿宋" w:hAnsi="仿宋" w:cs="宋体" w:hint="eastAsia"/>
          <w:lang w:eastAsia="zh-CN"/>
        </w:rPr>
        <w:t>（如需补充）</w:t>
      </w:r>
      <w:r w:rsidRPr="00606B24">
        <w:rPr>
          <w:rFonts w:ascii="仿宋" w:eastAsia="仿宋" w:hAnsi="仿宋" w:cs="宋体"/>
          <w:lang w:eastAsia="zh-CN"/>
        </w:rPr>
        <w:t>。</w:t>
      </w:r>
    </w:p>
    <w:p w14:paraId="5DE7EBE7" w14:textId="77777777" w:rsidR="00606B24" w:rsidRPr="00606B24" w:rsidRDefault="00606B24" w:rsidP="00606B24">
      <w:pPr>
        <w:spacing w:after="0" w:line="360" w:lineRule="auto"/>
        <w:rPr>
          <w:rFonts w:ascii="仿宋" w:eastAsia="仿宋" w:hAnsi="仿宋"/>
          <w:lang w:eastAsia="zh-CN"/>
        </w:rPr>
      </w:pPr>
    </w:p>
    <w:sectPr w:rsidR="00606B24" w:rsidRPr="00606B2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2772802">
    <w:abstractNumId w:val="8"/>
  </w:num>
  <w:num w:numId="2" w16cid:durableId="1738745964">
    <w:abstractNumId w:val="6"/>
  </w:num>
  <w:num w:numId="3" w16cid:durableId="87889782">
    <w:abstractNumId w:val="5"/>
  </w:num>
  <w:num w:numId="4" w16cid:durableId="2014457187">
    <w:abstractNumId w:val="4"/>
  </w:num>
  <w:num w:numId="5" w16cid:durableId="292756416">
    <w:abstractNumId w:val="7"/>
  </w:num>
  <w:num w:numId="6" w16cid:durableId="1306468623">
    <w:abstractNumId w:val="3"/>
  </w:num>
  <w:num w:numId="7" w16cid:durableId="16124218">
    <w:abstractNumId w:val="2"/>
  </w:num>
  <w:num w:numId="8" w16cid:durableId="1412697154">
    <w:abstractNumId w:val="1"/>
  </w:num>
  <w:num w:numId="9" w16cid:durableId="14838845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2"/>
  <w:bordersDoNotSurroundHeader/>
  <w:bordersDoNotSurroundFooter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26919"/>
    <w:rsid w:val="00034616"/>
    <w:rsid w:val="000563EB"/>
    <w:rsid w:val="0006063C"/>
    <w:rsid w:val="0015074B"/>
    <w:rsid w:val="002304F5"/>
    <w:rsid w:val="0024463D"/>
    <w:rsid w:val="0029639D"/>
    <w:rsid w:val="00326F90"/>
    <w:rsid w:val="005C6B48"/>
    <w:rsid w:val="00606B24"/>
    <w:rsid w:val="008B11CD"/>
    <w:rsid w:val="00975504"/>
    <w:rsid w:val="00AA1D8D"/>
    <w:rsid w:val="00B47730"/>
    <w:rsid w:val="00CB0664"/>
    <w:rsid w:val="00EF133F"/>
    <w:rsid w:val="00F9036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408AE6"/>
  <w14:defaultImageDpi w14:val="300"/>
  <w15:docId w15:val="{3637E0EA-7095-DF4C-BBA7-560F55042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宋体" w:eastAsia="宋体" w:hAnsi="宋体"/>
      <w:sz w:val="24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9">
    <w:name w:val="Normal (Web)"/>
    <w:basedOn w:val="a1"/>
    <w:uiPriority w:val="99"/>
    <w:unhideWhenUsed/>
    <w:rsid w:val="000563EB"/>
    <w:pPr>
      <w:spacing w:before="100" w:beforeAutospacing="1" w:after="100" w:afterAutospacing="1" w:line="240" w:lineRule="auto"/>
    </w:pPr>
    <w:rPr>
      <w:rFonts w:cs="宋体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523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ChatGPT 5.0 Turbo Alpha</cp:lastModifiedBy>
  <cp:revision>6</cp:revision>
  <dcterms:created xsi:type="dcterms:W3CDTF">2013-12-23T23:15:00Z</dcterms:created>
  <dcterms:modified xsi:type="dcterms:W3CDTF">2025-08-12T06:56:00Z</dcterms:modified>
  <cp:category/>
</cp:coreProperties>
</file>